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rFonts w:ascii="Times New Roman" w:hAnsi="Times New Roman"/>
          <w:b/>
          <w:i w:val="0"/>
          <w:sz w:val="28"/>
          <w:u w:val="none"/>
        </w:rPr>
        <w:t>OMEGA PSI PHI FRATERNITY, INC.</w:t>
      </w:r>
    </w:p>
    <w:p>
      <w:pPr>
        <w:spacing w:after="0"/>
        <w:jc w:val="center"/>
      </w:pPr>
      <w:r>
        <w:rPr>
          <w:rFonts w:ascii="Times New Roman" w:hAnsi="Times New Roman"/>
          <w:b/>
          <w:i w:val="0"/>
          <w:sz w:val="24"/>
          <w:u w:val="none"/>
        </w:rPr>
        <w:t>Epsilon Kappa Kappa Chapter</w:t>
      </w:r>
    </w:p>
    <w:p>
      <w:pPr>
        <w:spacing w:after="40"/>
        <w:jc w:val="center"/>
      </w:pPr>
      <w:r>
        <w:rPr>
          <w:rFonts w:ascii="Times New Roman" w:hAnsi="Times New Roman"/>
          <w:b w:val="0"/>
          <w:i w:val="0"/>
          <w:sz w:val="24"/>
          <w:u w:val="none"/>
        </w:rPr>
        <w:t>P.O. Box 1391 · Canton, MS 39046</w:t>
      </w:r>
    </w:p>
    <w:p>
      <w:pPr>
        <w:spacing w:after="40"/>
        <w:jc w:val="center"/>
      </w:pPr>
      <w:r>
        <w:rPr>
          <w:rFonts w:ascii="Times New Roman" w:hAnsi="Times New Roman"/>
          <w:b/>
          <w:i w:val="0"/>
          <w:sz w:val="22"/>
          <w:u w:val="none"/>
        </w:rPr>
        <w:t>International High School Essay Contest — 2026–2027</w:t>
      </w:r>
    </w:p>
    <w:p>
      <w:pPr>
        <w:spacing w:after="280"/>
        <w:jc w:val="center"/>
      </w:pPr>
      <w:r>
        <w:rPr>
          <w:rFonts w:ascii="Times New Roman" w:hAnsi="Times New Roman"/>
          <w:b/>
          <w:i w:val="0"/>
          <w:sz w:val="26"/>
          <w:u w:val="single"/>
        </w:rPr>
        <w:t>COVER PAGE</w:t>
      </w:r>
    </w:p>
    <w:p>
      <w:pPr>
        <w:spacing w:after="40"/>
      </w:pPr>
      <w:r>
        <w:rPr>
          <w:rFonts w:ascii="Times New Roman" w:hAnsi="Times New Roman"/>
          <w:b/>
          <w:i w:val="0"/>
          <w:sz w:val="24"/>
          <w:u w:val="none"/>
        </w:rPr>
        <w:t>Essay Title:</w:t>
      </w:r>
    </w:p>
    <w:p>
      <w:pPr>
        <w:spacing w:after="40"/>
      </w:pPr>
      <w:r>
        <w:rPr>
          <w:rFonts w:ascii="Times New Roman" w:hAnsi="Times New Roman"/>
          <w:b w:val="0"/>
          <w:i/>
          <w:sz w:val="24"/>
          <w:u w:val="none"/>
        </w:rPr>
        <w:t>"How can Young People use Leadership, Service, and Innovation to create Positive Change in their Communities?"</w:t>
      </w:r>
    </w:p>
    <w:p>
      <w:pPr>
        <w:spacing w:after="280"/>
      </w:pPr>
      <w:r>
        <w:rPr>
          <w:rFonts w:ascii="Times New Roman" w:hAnsi="Times New Roman"/>
          <w:b/>
          <w:i w:val="0"/>
          <w:sz w:val="20"/>
          <w:u w:val="none"/>
        </w:rPr>
        <w:t>NOTE: Do not change or shorten the title.</w:t>
      </w:r>
    </w:p>
    <w:p>
      <w:pPr>
        <w:spacing w:after="200"/>
      </w:pPr>
      <w:r>
        <w:rPr>
          <w:rFonts w:ascii="Times New Roman" w:hAnsi="Times New Roman"/>
          <w:b/>
          <w:sz w:val="24"/>
        </w:rPr>
        <w:t xml:space="preserve">An Essay By: </w:t>
      </w:r>
      <w:r>
        <w:rPr>
          <w:rFonts w:ascii="Times New Roman" w:hAnsi="Times New Roman"/>
          <w:sz w:val="24"/>
        </w:rPr>
        <w:t>__________________________________________________</w:t>
      </w:r>
    </w:p>
    <w:p>
      <w:pPr>
        <w:spacing w:after="200"/>
      </w:pPr>
      <w:r>
        <w:rPr>
          <w:rFonts w:ascii="Times New Roman" w:hAnsi="Times New Roman"/>
          <w:b/>
          <w:sz w:val="24"/>
        </w:rPr>
        <w:t xml:space="preserve">Home Street Address: </w:t>
      </w:r>
      <w:r>
        <w:rPr>
          <w:rFonts w:ascii="Times New Roman" w:hAnsi="Times New Roman"/>
          <w:sz w:val="24"/>
        </w:rPr>
        <w:t>__________________________________________</w:t>
      </w:r>
    </w:p>
    <w:p>
      <w:pPr>
        <w:spacing w:after="200"/>
      </w:pPr>
      <w:r>
        <w:rPr>
          <w:rFonts w:ascii="Times New Roman" w:hAnsi="Times New Roman"/>
          <w:b/>
          <w:sz w:val="24"/>
        </w:rPr>
        <w:t xml:space="preserve">City, State, Zip Code: </w:t>
      </w:r>
      <w:r>
        <w:rPr>
          <w:rFonts w:ascii="Times New Roman" w:hAnsi="Times New Roman"/>
          <w:sz w:val="24"/>
        </w:rPr>
        <w:t>________________________________________</w:t>
      </w:r>
    </w:p>
    <w:p>
      <w:pPr>
        <w:spacing w:after="200"/>
      </w:pPr>
      <w:r>
        <w:rPr>
          <w:rFonts w:ascii="Times New Roman" w:hAnsi="Times New Roman"/>
          <w:b/>
          <w:sz w:val="24"/>
        </w:rPr>
        <w:t xml:space="preserve">Name of High School: </w:t>
      </w:r>
      <w:r>
        <w:rPr>
          <w:rFonts w:ascii="Times New Roman" w:hAnsi="Times New Roman"/>
          <w:sz w:val="24"/>
        </w:rPr>
        <w:t>__________________________________________</w:t>
      </w:r>
    </w:p>
    <w:p>
      <w:pPr>
        <w:spacing w:after="200"/>
      </w:pPr>
      <w:r>
        <w:rPr>
          <w:rFonts w:ascii="Times New Roman" w:hAnsi="Times New Roman"/>
          <w:b/>
          <w:sz w:val="24"/>
        </w:rPr>
        <w:t xml:space="preserve">Address of High School: </w:t>
      </w:r>
      <w:r>
        <w:rPr>
          <w:rFonts w:ascii="Times New Roman" w:hAnsi="Times New Roman"/>
          <w:sz w:val="24"/>
        </w:rPr>
        <w:t>_______________________________________</w:t>
      </w:r>
    </w:p>
    <w:p>
      <w:pPr>
        <w:spacing w:after="320"/>
      </w:pPr>
      <w:r>
        <w:rPr>
          <w:rFonts w:ascii="Times New Roman" w:hAnsi="Times New Roman"/>
          <w:b/>
          <w:sz w:val="24"/>
        </w:rPr>
        <w:t xml:space="preserve">Student Email: </w:t>
      </w:r>
      <w:r>
        <w:rPr>
          <w:rFonts w:ascii="Times New Roman" w:hAnsi="Times New Roman"/>
          <w:b w:val="0"/>
          <w:sz w:val="24"/>
        </w:rPr>
        <w:t>____________________________</w:t>
      </w:r>
      <w:r>
        <w:rPr>
          <w:rFonts w:ascii="Times New Roman" w:hAnsi="Times New Roman"/>
          <w:b/>
          <w:sz w:val="24"/>
        </w:rPr>
        <w:t xml:space="preserve">   Phone Number: </w:t>
      </w:r>
      <w:r>
        <w:rPr>
          <w:rFonts w:ascii="Times New Roman" w:hAnsi="Times New Roman"/>
          <w:b w:val="0"/>
          <w:sz w:val="24"/>
        </w:rPr>
        <w:t>______________________</w:t>
      </w:r>
    </w:p>
    <w:p>
      <w:pPr>
        <w:spacing w:after="120"/>
      </w:pPr>
      <w:r>
        <w:rPr>
          <w:rFonts w:ascii="Times New Roman" w:hAnsi="Times New Roman"/>
          <w:b/>
          <w:sz w:val="24"/>
        </w:rPr>
        <w:t xml:space="preserve">Contest Name: </w:t>
      </w:r>
      <w:r>
        <w:rPr>
          <w:rFonts w:ascii="Times New Roman" w:hAnsi="Times New Roman"/>
          <w:sz w:val="24"/>
        </w:rPr>
        <w:t>Omega Psi Phi Fraternity International High School Essay Contest</w:t>
      </w:r>
    </w:p>
    <w:p>
      <w:pPr>
        <w:spacing w:after="120"/>
      </w:pPr>
      <w:r>
        <w:rPr>
          <w:rFonts w:ascii="Times New Roman" w:hAnsi="Times New Roman"/>
          <w:b/>
          <w:sz w:val="24"/>
        </w:rPr>
        <w:t xml:space="preserve">Name of Chapter Sponsoring Project: </w:t>
      </w:r>
      <w:r>
        <w:rPr>
          <w:rFonts w:ascii="Times New Roman" w:hAnsi="Times New Roman"/>
          <w:sz w:val="24"/>
        </w:rPr>
        <w:t>Epsilon Kappa Kappa (EKK)</w:t>
      </w:r>
    </w:p>
    <w:p>
      <w:pPr>
        <w:spacing w:after="120"/>
      </w:pPr>
      <w:r>
        <w:rPr>
          <w:rFonts w:ascii="Times New Roman" w:hAnsi="Times New Roman"/>
          <w:b/>
          <w:sz w:val="24"/>
        </w:rPr>
        <w:t xml:space="preserve">Location of Chapter: </w:t>
      </w:r>
      <w:r>
        <w:rPr>
          <w:rFonts w:ascii="Times New Roman" w:hAnsi="Times New Roman"/>
          <w:sz w:val="24"/>
        </w:rPr>
        <w:t>Canton, MS 39046</w:t>
      </w:r>
    </w:p>
    <w:p>
      <w:r>
        <w:br w:type="page"/>
      </w:r>
    </w:p>
    <w:p>
      <w:pPr>
        <w:spacing w:after="80"/>
        <w:jc w:val="center"/>
      </w:pPr>
      <w:r>
        <w:rPr>
          <w:rFonts w:ascii="Times New Roman" w:hAnsi="Times New Roman"/>
          <w:b/>
          <w:i w:val="0"/>
          <w:sz w:val="24"/>
          <w:u w:val="none"/>
        </w:rPr>
        <w:t>BEGIN YOUR ESSAY ON THIS PAGE</w:t>
      </w:r>
    </w:p>
    <w:p>
      <w:pPr>
        <w:spacing w:after="320"/>
        <w:jc w:val="center"/>
      </w:pPr>
      <w:r>
        <w:rPr>
          <w:rFonts w:ascii="Times New Roman" w:hAnsi="Times New Roman"/>
          <w:b w:val="0"/>
          <w:i/>
          <w:sz w:val="20"/>
          <w:u w:val="none"/>
        </w:rPr>
        <w:t>700–750 words · double-spaced · Times New Roman 12 · original work only</w:t>
      </w:r>
    </w:p>
    <w:p>
      <w:pPr>
        <w:spacing w:line="480" w:lineRule="auto"/>
        <w:ind w:firstLine="720"/>
      </w:pPr>
      <w:r>
        <w:rPr>
          <w:rFonts w:ascii="Times New Roman" w:hAnsi="Times New Roman"/>
          <w:i/>
          <w:sz w:val="24"/>
        </w:rPr>
        <w:t>[Type your essay here. Delete this line before submitting.]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